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החיים בישראל - הצעדים הראשונים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בסיסיים בחיי היומיום בישראל (קופת חולים, רב-קו, אולפן)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בעברית קלה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המילה להסתדר ואת משפחת המילים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באפליקציה או בטלפון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בכתבה - כל תושב בוחר 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תרופות קונים בבית מרקחת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מרקחת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בחינם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(אחת מארבע קופות החולים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(כרטיס לנסיעה באוטובוס וברכבת)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(מקום ללמוד בו עברית)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מחכים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עולים לאוטובוס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יורדים מהאוטובוס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קובעים תור באפליקציה או בטלפון, הרופא בודק ונותן מרשם, ואת התרופות קונים בבית מרקחת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יודעים שקובעים תור באפליקציה או בטלפון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מזהים את השורש ס-ד-ר ואת המשמעות למצוא דרך ולהצליח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מתארים את שלבי הנסיעה: מחכים, עולים, מצמידים כרטיס, יורדים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הכתבות בקול לפני פתרון השאלות כדי לחזק הבנת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על המילה להסתדר ולבקש מהתלמידים דוגמאות אישיות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על תרגיל ההתאמה והסידור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החיים בישראל - הצעדים הראשונים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דברים חשובים בחיי היומיום בישראל: איך בוחרים קופת חולים, איך נוסעים באוטובוס עם רב-קו, ומה קורה ביום הראשון באולפן.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בחינם  ·  מרקחת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קופות חולים יש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קובעים תור לרופא?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בדואר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באפליקציה או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בבית המרקחת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בישראל כל תושב בוחר קופת חולים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לקנות תרופות בבנק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את התרופות קונים בבית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האולפן לעולים חדשים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כללית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מקום ללמוד בו 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רב-קו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אחת מארבע קופות החולים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אולפן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כרטיס לנסיעה באוטובוס וברכבת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יורדים מהאוטובוס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מחכים בתחנה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עולים לאוטובוס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בשתיים-שלוש משפטים: איך קובעים תור לרופא בישראל?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כשרוצים לקבוע תור לרופא?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השורש של המילה להסתדר ומה הוא אומר?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החיים בישראל - הצעדים הראשונים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