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החיים בישראל - הצעדים הראשונים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בסיסיים בחיי היומיום בישראל (קופת חולים, רב-קו, אולפן)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בעברית קלה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המילה להסתדר ואת משפחת המילים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באפליקציה או בטלפון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למגן דוד אדום - 101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ברכבת וברכבת הקלה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ס-ד-ר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בכתבה - כל תושב בוחר 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תרופות קונים בבית מרקחת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רב-קו תקף גם ברכבת וברכבת הקלה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האולפן לעולים חדשים הוא בחינם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במודעה על הספרייה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מרקחת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מתקף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בחינם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תסתדר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(אחת מארבע קופות החולים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(כרטיס לנסיעה באוטובוס וברכבת)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(נייר מהרופא לקניית תרופות)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(מקום ללמוד בו 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(למצוא דרך ולהצליח)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מחכים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עולים לאוטובוס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מצמידים את הכרטיס למתקף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לוחצים על הכפתור לפני התחנה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יורדים מהאוטובוס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קובעים תור באפליקציה או בטלפון, הרופא בודק ונותן מרשם, ואת התרופות קונים בבית מרקחת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יודעים שקובעים תור באפליקציה או בטלפון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מזהים את השורש ס-ד-ר ואת המשמעות למצוא דרך ולהצליח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מתארים את שלבי הנסיעה: מחכים, עולים, מצמידים כרטיס, יורדים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הכתבות בקול לפני פתרון השאלות כדי לחזק הבנת הנשמע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על המילה להסתדר ולבקש מהתלמידים דוגמאות אישיות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על תרגיל ההתאמה והסידור לפני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החיים בישראל - הצעדים הראשונים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על חיים בישראל: קופת חולים, אוטובוס, ואולפן ללימוד עברית.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קופת חולים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שדואג לבריאות שלנו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מרשם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נייר מהרופא שצריך בשביל לקנות תרופה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 מרקחת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שקונים בו תרופות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רב-קו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לנסיעה באוטובוס וברכבת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מתקף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המכשיר באוטובוס שמצמידים אליו את הכרטיס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אולפן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שלומדים בו 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להסתדר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למצוא דרך ולהצליח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עולה חדש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שהגיע לגור בישראל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קופות חולים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לוקחים תור לרופא?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בדואר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באפליקציה או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בבית המרקחת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למי מתקשרים כשיש בעיה גדולה?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לאולפן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למגן דוד אדום - 101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עם רב-קו אפשר לנסוע גם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במונית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ברכבת וברכבת הקלה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במטוס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השורש של להסתדר?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ס-ת-ד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ס-ד-ר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ה-ס-ת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ד-ר-ס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בישראל כל תושב בוחר קופת חולים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לקנות תרופות בבנק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רב-קו תקף רק באוטובוס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האולפן לעולים חדשים הוא בתשלום גבוה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מועדון השיחה בספרייה מתקיים בחינם בכל יום שלישי בערב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את התרופות קונים בבית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באוטובוס מצמידים את הכרטיס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האולפן לעולים חדשים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השכן אמר לעולה החדש: אל תדאג, __________!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אחת מארבע קופות החולים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רב-קו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נייר מהרופא לקניית תרופות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מרשם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למצוא דרך ולהצליח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אולפן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ללמוד בו 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להסתדר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כרטיס לנסיעה באוטובוס וברכבת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לאוטובוס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הכפתור לפני התחנה שלכם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מצמידים את הכרטיס למתקף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יורדים מהאוטובוס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מחכים בתחנה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בשתיים-שלוש משפטים: איך קובעים תור לרופא בישראל?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כשרוצים לקבוע תור לרופא?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השורש של המילה להסתדר ומה הוא אומר?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נוסעים באוטובוס עם כרטיס רב-קו?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החיים בישראל - הצעדים הראשונים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